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Textverarbeitung in der Pipe</w:t>
      </w:r>
    </w:p>
    <w:p>
      <w:r>
        <w:rPr>
          <w:b w:val="0"/>
          <w:i w:val="0"/>
          <w:color w:val="737373"/>
          <w:sz w:val="30"/>
        </w:rPr>
        <w:t>Modul 2: Kommandozeile, Rechte &amp; Dateisystem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2: Kommandozeile, Rechte &amp; Dateisystem</w:t>
      </w:r>
    </w:p>
    <w:p>
      <w:pPr>
        <w:pStyle w:val="Heading1"/>
      </w:pPr>
      <w:r>
        <w:t>Textverarbeitung in der Pipe</w:t>
      </w:r>
    </w:p>
    <w:p>
      <w:pPr>
        <w:spacing w:after="40"/>
      </w:pPr>
      <w:r>
        <w:rPr>
          <w:b w:val="0"/>
          <w:i/>
          <w:color w:val="737373"/>
          <w:sz w:val="24"/>
        </w:rPr>
        <w:t>Logfile-Analyse und Datenmanipulation mit grep, awk, sed und regulären Ausdrücken (Regex)</w:t>
      </w:r>
    </w:p>
    <w:p>
      <w:r>
        <w:rPr>
          <w:b w:val="0"/>
          <w:i w:val="0"/>
          <w:color w:val="737373"/>
          <w:sz w:val="18"/>
        </w:rPr>
        <w:t>Armin Hünniger · 11.10.2026 · Bash | Dateisystem &amp; Rechte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2-textverarbeitung-in-der-pip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fff1f1"/>
        <w:pBdr>
          <w:left w:val="single" w:sz="18" w:space="8" w:color="c8161c"/>
        </w:pBdr>
      </w:pPr>
      <w:r>
        <w:rPr/>
        <w:t>Unter Linux gilt ein eisernes Gesetz: Everything is a file (Alles ist eine Datei) – und meistens handelt es sich dabei um schlichten Text. Ob Konfigurationsdateien in /etc oder Gigabyte-große Fehlerprotokolle in /var/log: Als Administrator musst du in der Lage...</w:t>
      </w:r>
    </w:p>
    <w:p>
      <w:pPr>
        <w:pStyle w:val="Heading3"/>
      </w:pPr>
      <w:r>
        <w:rPr/>
        <w:t>Einführung</w:t>
      </w:r>
    </w:p>
    <w:p>
      <w:pPr>
        <w:jc w:val="both"/>
      </w:pPr>
      <w:r>
        <w:rPr/>
        <w:t xml:space="preserve">Unter Linux gilt ein eisernes Gesetz: </w:t>
      </w:r>
      <w:r>
        <w:rPr>
          <w:i/>
        </w:rPr>
        <w:t>Everything is a file</w:t>
      </w:r>
      <w:r>
        <w:rPr/>
        <w:t xml:space="preserve"> (Alles ist eine Datei) – und meistens handelt es sich dabei um schlichten Text. Ob Konfigurationsdateien in </w:t>
      </w:r>
      <w:r>
        <w:rPr>
          <w:rFonts w:ascii="Consolas" w:hAnsi="Consolas" w:cs="Consolas" w:eastAsia="Consolas"/>
        </w:rPr>
        <w:t>/etc</w:t>
      </w:r>
      <w:r>
        <w:rPr/>
        <w:t xml:space="preserve"> oder Gigabyte-große Fehlerprotokolle in </w:t>
      </w:r>
      <w:r>
        <w:rPr>
          <w:rFonts w:ascii="Consolas" w:hAnsi="Consolas" w:cs="Consolas" w:eastAsia="Consolas"/>
        </w:rPr>
        <w:t>/var/log</w:t>
      </w:r>
      <w:r>
        <w:rPr/>
        <w:t>: Als Administrator musst du in der Lage sein, riesige Datenmengen blitzschnell zu durchsuchen und zu manipulieren.</w:t>
      </w:r>
    </w:p>
    <w:p>
      <w:pPr>
        <w:jc w:val="both"/>
      </w:pPr>
      <w:r>
        <w:rPr/>
        <w:t xml:space="preserve">In diesem Beitrag verlassen wir die einfachen Dateibefehle und betreten die wahre Magie der Linux-Kommandozeile. Wir verknüpfen Programme miteinander und nutzen die heilige Dreifaltigkeit der Textverarbeitung: </w:t>
      </w:r>
      <w:r>
        <w:rPr>
          <w:rFonts w:ascii="Consolas" w:hAnsi="Consolas" w:cs="Consolas" w:eastAsia="Consolas"/>
        </w:rPr>
        <w:t>grep</w:t>
      </w:r>
      <w:r>
        <w:rPr/>
        <w:t xml:space="preserve">, </w:t>
      </w:r>
      <w:r>
        <w:rPr>
          <w:rFonts w:ascii="Consolas" w:hAnsi="Consolas" w:cs="Consolas" w:eastAsia="Consolas"/>
        </w:rPr>
        <w:t>awk</w:t>
      </w:r>
      <w:r>
        <w:rPr/>
        <w:t xml:space="preserve"> und </w:t>
      </w:r>
      <w:r>
        <w:rPr>
          <w:rFonts w:ascii="Consolas" w:hAnsi="Consolas" w:cs="Consolas" w:eastAsia="Consolas"/>
        </w:rPr>
        <w:t>sed</w:t>
      </w:r>
      <w:r>
        <w:rPr/>
        <w:t>.</w:t>
      </w:r>
    </w:p>
    <w:p>
      <w:pPr>
        <w:pStyle w:val="Heading3"/>
      </w:pPr>
      <w:r>
        <w:rPr/>
        <w:t>Befehlsketten bilden: Die Pipe (|)</w:t>
      </w:r>
    </w:p>
    <w:p>
      <w:pPr>
        <w:jc w:val="both"/>
      </w:pPr>
      <w:r>
        <w:rPr/>
        <w:t xml:space="preserve">Die Unix-Philosophie besagt: Schreibe kleine Programme so, dass sie nur eine einzige Sache tun, diese aber perfekt – und sorge dafür, dass sie problemlos zusammenarbeiten. Das Bindeglied dafür ist die </w:t>
      </w:r>
      <w:r>
        <w:rPr>
          <w:b/>
        </w:rPr>
        <w:t>Pipe</w:t>
      </w:r>
      <w:r>
        <w:rPr/>
        <w:t xml:space="preserve"> (das senkrechte Strich-Symbol </w:t>
      </w:r>
      <w:r>
        <w:rPr>
          <w:rFonts w:ascii="Consolas" w:hAnsi="Consolas" w:cs="Consolas" w:eastAsia="Consolas"/>
        </w:rPr>
        <w:t>|</w:t>
      </w:r>
      <w:r>
        <w:rPr/>
        <w:t>). Sie nimmt die Ausgabe (Output) des linken Befehls und leitet sie als Eingabe (Input) direkt an den rechten Befehl weiter.</w:t>
      </w:r>
    </w:p>
    <w:p>
      <w:pPr>
        <w:shd w:val="clear" w:color="auto" w:fill="1E1F26"/>
      </w:pPr>
      <w:r>
        <w:rPr>
          <w:rFonts w:ascii="Consolas" w:hAnsi="Consolas" w:cs="Consolas" w:eastAsia="Consolas"/>
          <w:color w:val="E8E8E6"/>
          <w:sz w:val="18"/>
        </w:rPr>
        <w:t># Ein simples Beispiel: Zeige die Datei an und leite den Text an "wc -l" (Word Count Lines) weiter, um die Zeilen zu zählen</w:t>
        <w:br/>
        <w:t>cat /var/log/syslog | wc -l</w:t>
        <w:br/>
        <w:br/>
        <w:t># Die letzten 100 Befehle der History anzeigen und durchblättern (mit "less")</w:t>
        <w:br/>
        <w:t>history | tail -n 100 | less</w:t>
      </w:r>
    </w:p>
    <w:p>
      <w:pPr>
        <w:tabs>
          <w:tab w:pos="680" w:val="left"/>
        </w:tabs>
        <w:spacing w:after="120"/>
        <w:ind w:left="680" w:hanging="567"/>
        <w:jc w:val="left"/>
      </w:pPr>
      <w:r>
        <w:rPr>
          <w:rFonts w:ascii="Georgia" w:hAnsi="Georgia" w:cs="Georgia" w:eastAsia="Georgia"/>
          <w:color w:val="C8161C"/>
          <w:sz w:val="68"/>
        </w:rPr>
        <w:t>“</w:t>
        <w:tab/>
      </w:r>
      <w:r>
        <w:rPr>
          <w:rFonts w:ascii="Georgia" w:hAnsi="Georgia" w:cs="Georgia" w:eastAsia="Georgia"/>
          <w:i/>
          <w:sz w:val="26"/>
        </w:rPr>
        <w:t>Durch das Verknüpfen einfacher Befehle mit der Pipe entstehen hochkomplexe und extrem mächtige Werkzeuge. Du baust dir deine eigene Datenverarbeitungs-Fabrik direkt im Terminal.</w:t>
      </w:r>
    </w:p>
    <w:p>
      <w:pPr>
        <w:pStyle w:val="Heading3"/>
      </w:pPr>
      <w:r>
        <w:rPr/>
        <w:t>Suchen und Filtern mit grep</w:t>
      </w:r>
    </w:p>
    <w:p>
      <w:pPr>
        <w:jc w:val="both"/>
      </w:pPr>
      <w:r>
        <w:rPr/>
        <w:t xml:space="preserve">Das Tool </w:t>
      </w:r>
      <w:r>
        <w:rPr>
          <w:rFonts w:ascii="Consolas" w:hAnsi="Consolas" w:cs="Consolas" w:eastAsia="Consolas"/>
        </w:rPr>
        <w:t>grep</w:t>
      </w:r>
      <w:r>
        <w:rPr/>
        <w:t xml:space="preserve"> (Global Regular Expression Print) durchsucht Text zeilenweise nach bestimmten Mustern. Es ist das absolute Basiswerkzeug für die Analyse von Logfiles oder zum Durchsuchen von Quellcode.</w:t>
      </w:r>
    </w:p>
    <w:p>
      <w:pPr>
        <w:shd w:val="clear" w:color="auto" w:fill="1E1F26"/>
      </w:pPr>
      <w:r>
        <w:rPr>
          <w:rFonts w:ascii="Consolas" w:hAnsi="Consolas" w:cs="Consolas" w:eastAsia="Consolas"/>
          <w:color w:val="E8E8E6"/>
          <w:sz w:val="18"/>
        </w:rPr>
        <w:t># Durchsucht die Auth-Logdatei nach "Failed" (Fehlgeschlagene SSH-Logins)</w:t>
        <w:br/>
        <w:t>grep "Failed" /var/log/auth.log</w:t>
        <w:br/>
        <w:br/>
        <w:t># Der Schalter -i ignoriert die Groß- und Kleinschreibung (findet "Error", "error", "ERROR")</w:t>
        <w:br/>
        <w:t>grep -i "error" /var/log/syslog</w:t>
        <w:br/>
        <w:br/>
        <w:t># Der Schalter -v invertiert die Suche (zeigt alle Zeilen OHNE das Wort "debug")</w:t>
        <w:br/>
        <w:t>grep -v "debug" /var/log/syslog</w:t>
        <w:br/>
        <w:br/>
        <w:t># Der Schalter -r durchsucht ganze Verzeichnisse rekursiv nach Inhalten</w:t>
        <w:br/>
        <w:t>grep -r "192.168.1.10" /etc/nginx/</w:t>
      </w:r>
    </w:p>
    <w:p>
      <w:pPr>
        <w:pStyle w:val="Heading3"/>
      </w:pPr>
      <w:r>
        <w:rPr/>
        <w:t>Daten sezieren mit awk</w:t>
      </w:r>
    </w:p>
    <w:p>
      <w:pPr>
        <w:jc w:val="both"/>
      </w:pPr>
      <w:r>
        <w:rPr/>
        <w:t xml:space="preserve">Während </w:t>
      </w:r>
      <w:r>
        <w:rPr>
          <w:rFonts w:ascii="Consolas" w:hAnsi="Consolas" w:cs="Consolas" w:eastAsia="Consolas"/>
        </w:rPr>
        <w:t>grep</w:t>
      </w:r>
      <w:r>
        <w:rPr/>
        <w:t xml:space="preserve"> immer ganze Zeilen filtert, ist </w:t>
      </w:r>
      <w:r>
        <w:rPr>
          <w:rFonts w:ascii="Consolas" w:hAnsi="Consolas" w:cs="Consolas" w:eastAsia="Consolas"/>
        </w:rPr>
        <w:t>awk</w:t>
      </w:r>
      <w:r>
        <w:rPr/>
        <w:t xml:space="preserve"> darauf spezialisiert, strukturierte Daten </w:t>
      </w:r>
      <w:r>
        <w:rPr>
          <w:b/>
        </w:rPr>
        <w:t>spaltenweise</w:t>
      </w:r>
      <w:r>
        <w:rPr/>
        <w:t xml:space="preserve"> zu verarbeiten. Stell dir vor, du hast ein Nginx-Zugriffsprotokoll (Access Log) und möchtest nur die IP-Adressen (die immer in der ersten Spalte stehen) extrahieren, ohne den restlichen Log-Ballast zu sehen.</w:t>
      </w:r>
    </w:p>
    <w:p>
      <w:pPr>
        <w:shd w:val="clear" w:color="auto" w:fill="1E1F26"/>
      </w:pPr>
      <w:r>
        <w:rPr>
          <w:rFonts w:ascii="Consolas" w:hAnsi="Consolas" w:cs="Consolas" w:eastAsia="Consolas"/>
          <w:color w:val="E8E8E6"/>
          <w:sz w:val="18"/>
        </w:rPr>
        <w:t># Gibt aus jeder Zeile der Datei nur die 1. Spalte ($1) aus</w:t>
        <w:br/>
        <w:t>awk '{print $1}' /var/log/nginx/access.log</w:t>
        <w:br/>
        <w:br/>
        <w:t># Gibt die 1. Spalte (IP) und die 9. Spalte (HTTP-Statuscode) durch ein Leerzeichen getrennt aus</w:t>
        <w:br/>
        <w:t>awk '{print $1 " " $9}' /var/log/nginx/access.log</w:t>
        <w:br/>
        <w:br/>
        <w:t># Kombination mit Pipe: Nur die IPs von Anfragen filtern, die einen 404-Fehler erzeugt haben</w:t>
        <w:br/>
        <w:t>grep " 404 " /var/log/nginx/access.log | awk '{print $1}'</w:t>
      </w:r>
    </w:p>
    <w:p>
      <w:pPr>
        <w:pStyle w:val="Heading3"/>
      </w:pPr>
      <w:r>
        <w:rPr/>
        <w:t>Der Stream Editor: sed</w:t>
      </w:r>
    </w:p>
    <w:p>
      <w:pPr>
        <w:jc w:val="both"/>
      </w:pPr>
      <w:r>
        <w:rPr>
          <w:rFonts w:ascii="Consolas" w:hAnsi="Consolas" w:cs="Consolas" w:eastAsia="Consolas"/>
        </w:rPr>
        <w:t>sed</w:t>
      </w:r>
      <w:r>
        <w:rPr/>
        <w:t xml:space="preserve"> (Stream Editor) wird am häufigsten genutzt, um Text in einem Datenstrom automatisch zu ersetzen (Suchen &amp; Ersetzen). Die Syntax wirkt anfangs extrem kryptisch, ist aber sehr logisch aufgebaut: </w:t>
      </w:r>
      <w:r>
        <w:rPr>
          <w:rFonts w:ascii="Consolas" w:hAnsi="Consolas" w:cs="Consolas" w:eastAsia="Consolas"/>
        </w:rPr>
        <w:t>s/SUCHBEGRIFF/ERSATZ/g</w:t>
      </w:r>
      <w:r>
        <w:rPr/>
        <w:t xml:space="preserve"> (s = substitute, g = global).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4D4D8"/>
          <w:bottom w:val="single" w:sz="4" w:color="D4D4D8"/>
          <w:insideH w:val="single" w:sz="4" w:color="D4D4D8"/>
        </w:tblBorders>
      </w:tblPr>
      <w:tblGrid>
        <w:gridCol w:w="4706"/>
        <w:gridCol w:w="4706"/>
      </w:tblGrid>
      <w:tr>
        <w:tc>
          <w:tcPr>
            <w:tcW w:type="dxa" w:w="4706"/>
            <w:shd w:val="clear" w:fill="c8161c"/>
          </w:tcPr>
          <w:p>
            <w:pPr>
              <w:spacing w:after="40"/>
            </w:pPr>
            <w:r>
              <w:rPr>
                <w:b/>
                <w:color w:val="FFFFFF"/>
              </w:rPr>
              <w:t>Befehl / Flag</w:t>
            </w:r>
          </w:p>
        </w:tc>
        <w:tc>
          <w:tcPr>
            <w:tcW w:type="dxa" w:w="4706"/>
            <w:shd w:val="clear" w:fill="c8161c"/>
          </w:tcPr>
          <w:p>
            <w:pPr>
              <w:spacing w:after="40"/>
            </w:pPr>
            <w:r>
              <w:rPr>
                <w:b/>
                <w:color w:val="FFFFFF"/>
              </w:rPr>
              <w:t>Wirkung</w:t>
            </w:r>
          </w:p>
        </w:tc>
      </w:tr>
      <w:tr>
        <w:tc>
          <w:tcPr>
            <w:tcW w:type="dxa" w:w="4706"/>
          </w:tcPr>
          <w:p>
            <w:pPr>
              <w:spacing w:after="40"/>
            </w:pPr>
            <w:r>
              <w:rPr>
                <w:rFonts w:ascii="Consolas" w:hAnsi="Consolas" w:cs="Consolas" w:eastAsia="Consolas"/>
              </w:rPr>
              <w:t>s/alt/neu/</w:t>
            </w:r>
          </w:p>
        </w:tc>
        <w:tc>
          <w:tcPr>
            <w:tcW w:type="dxa" w:w="4706"/>
          </w:tcPr>
          <w:p>
            <w:pPr>
              <w:spacing w:after="40"/>
            </w:pPr>
            <w:r>
              <w:rPr/>
              <w:t>Ersetzt nur das ERSTE Vorkommen des Wortes in jeder Zeile.</w:t>
            </w:r>
          </w:p>
        </w:tc>
      </w:tr>
      <w:tr>
        <w:tc>
          <w:tcPr>
            <w:tcW w:type="dxa" w:w="4706"/>
          </w:tcPr>
          <w:p>
            <w:pPr>
              <w:spacing w:after="40"/>
            </w:pPr>
            <w:r>
              <w:rPr>
                <w:rFonts w:ascii="Consolas" w:hAnsi="Consolas" w:cs="Consolas" w:eastAsia="Consolas"/>
              </w:rPr>
              <w:t>s/alt/neu/g</w:t>
            </w:r>
          </w:p>
        </w:tc>
        <w:tc>
          <w:tcPr>
            <w:tcW w:type="dxa" w:w="4706"/>
          </w:tcPr>
          <w:p>
            <w:pPr>
              <w:spacing w:after="40"/>
            </w:pPr>
            <w:r>
              <w:rPr/>
              <w:t>Ersetzt ALLE Vorkommen in der gesamten Zeile (global).</w:t>
            </w:r>
          </w:p>
        </w:tc>
      </w:tr>
      <w:tr>
        <w:tc>
          <w:tcPr>
            <w:tcW w:type="dxa" w:w="4706"/>
          </w:tcPr>
          <w:p>
            <w:pPr>
              <w:spacing w:after="40"/>
            </w:pPr>
            <w:r>
              <w:rPr>
                <w:rFonts w:ascii="Consolas" w:hAnsi="Consolas" w:cs="Consolas" w:eastAsia="Consolas"/>
              </w:rPr>
              <w:t>-i</w:t>
            </w:r>
            <w:r>
              <w:rPr/>
              <w:t xml:space="preserve"> (In-place)</w:t>
            </w:r>
          </w:p>
        </w:tc>
        <w:tc>
          <w:tcPr>
            <w:tcW w:type="dxa" w:w="4706"/>
          </w:tcPr>
          <w:p>
            <w:pPr>
              <w:spacing w:after="40"/>
            </w:pPr>
            <w:r>
              <w:rPr/>
              <w:t>Überschreibt die Datei direkt auf der Festplatte, statt die Ausgabe nur im Terminal anzuzeigen.</w:t>
            </w:r>
          </w:p>
        </w:tc>
      </w:tr>
    </w:tbl>
    <w:p/>
    <w:p>
      <w:pPr>
        <w:shd w:val="clear" w:color="auto" w:fill="1E1F26"/>
      </w:pPr>
      <w:r>
        <w:rPr>
          <w:rFonts w:ascii="Consolas" w:hAnsi="Consolas" w:cs="Consolas" w:eastAsia="Consolas"/>
          <w:color w:val="E8E8E6"/>
          <w:sz w:val="18"/>
        </w:rPr>
        <w:t># Einen Platzhalter in einer Konfigurationsdatei austauschen (zeigt nur das Ergebnis im Terminal, ändert die Datei NICHT)</w:t>
        <w:br/>
        <w:t>sed 's/PORT_PLATZHALTER/8080/g' /etc/nginx/sites-available/default</w:t>
        <w:br/>
        <w:br/>
        <w:t># Gefährlich, aber effektiv: Die Datei direkt überschreiben (-i)</w:t>
        <w:br/>
        <w:t>sudo sed -i 's/Listen 80/Listen 8080/g' /etc/apache2/ports.conf</w:t>
        <w:br/>
        <w:br/>
        <w:t># Aus einer Log-Ausgabe in der Pipe unschöne Zeichen (wie Klammern) entfernen</w:t>
        <w:br/>
        <w:t>cat datei.txt | sed 's/\[//g' | sed 's/\]//g'</w:t>
      </w:r>
    </w:p>
    <w:p>
      <w:pPr>
        <w:pStyle w:val="ListBullet"/>
        <w:jc w:val="left"/>
      </w:pPr>
      <w:r>
        <w:rPr>
          <w:b/>
        </w:rPr>
        <w:t>Achtung:</w:t>
      </w:r>
      <w:r>
        <w:rPr/>
        <w:t xml:space="preserve"> Teste </w:t>
      </w:r>
      <w:r>
        <w:rPr>
          <w:rFonts w:ascii="Consolas" w:hAnsi="Consolas" w:cs="Consolas" w:eastAsia="Consolas"/>
        </w:rPr>
        <w:t>sed</w:t>
      </w:r>
      <w:r>
        <w:rPr/>
        <w:t xml:space="preserve">-Befehle immer erst </w:t>
      </w:r>
      <w:r>
        <w:rPr>
          <w:i/>
        </w:rPr>
        <w:t>ohne</w:t>
      </w:r>
      <w:r>
        <w:rPr/>
        <w:t xml:space="preserve"> den Schalter </w:t>
      </w:r>
      <w:r>
        <w:rPr>
          <w:rFonts w:ascii="Consolas" w:hAnsi="Consolas" w:cs="Consolas" w:eastAsia="Consolas"/>
        </w:rPr>
        <w:t>-i</w:t>
      </w:r>
      <w:r>
        <w:rPr/>
        <w:t xml:space="preserve">. Nur wenn die Bildschirmausgabe exakt deinen Vorstellungen entspricht, führst du den Befehl scharf mit </w:t>
      </w:r>
      <w:r>
        <w:rPr>
          <w:rFonts w:ascii="Consolas" w:hAnsi="Consolas" w:cs="Consolas" w:eastAsia="Consolas"/>
        </w:rPr>
        <w:t>-i</w:t>
      </w:r>
      <w:r>
        <w:rPr/>
        <w:t xml:space="preserve"> aus. Ein fehlerhafter RegEx kann sonst ganze Konfigurationsdateien zerstören!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ff1f1"/>
            <w:tcBorders>
              <w:top w:val="single" w:sz="36" w:color="c8161c"/>
              <w:left w:val="single" w:sz="4" w:color="E6E6E4"/>
              <w:bottom w:val="single" w:sz="4" w:color="E6E6E4"/>
              <w:right w:val="single" w:sz="4" w:color="E6E6E4"/>
            </w:tcBorders>
            <w:tcMar>
              <w:top w:w="140" w:type="dxa"/>
              <w:left w:w="220" w:type="dxa"/>
              <w:bottom w:w="80" w:type="dxa"/>
              <w:right w:w="220" w:type="dxa"/>
            </w:tcMar>
          </w:tcPr>
          <w:p>
            <w:pPr>
              <w:spacing w:after="120"/>
            </w:pPr>
            <w:r>
              <w:rPr>
                <w:b/>
                <w:color w:val="FFFFFF"/>
                <w:sz w:val="17"/>
                <w:shd w:val="clear" w:fill="c8161c"/>
                <w:spacing w:val="30"/>
              </w:rPr>
              <w:t xml:space="preserve">  FAZIT  </w:t>
            </w:r>
          </w:p>
          <w:p>
            <w:pPr>
              <w:jc w:val="both"/>
            </w:pPr>
            <w:r>
              <w:rPr/>
              <w:t xml:space="preserve">Wer </w:t>
            </w:r>
            <w:r>
              <w:rPr>
                <w:rFonts w:ascii="Consolas" w:hAnsi="Consolas" w:cs="Consolas" w:eastAsia="Consolas"/>
              </w:rPr>
              <w:t>grep</w:t>
            </w:r>
            <w:r>
              <w:rPr/>
              <w:t xml:space="preserve">, die Pipe, </w:t>
            </w:r>
            <w:r>
              <w:rPr>
                <w:rFonts w:ascii="Consolas" w:hAnsi="Consolas" w:cs="Consolas" w:eastAsia="Consolas"/>
              </w:rPr>
              <w:t>awk</w:t>
            </w:r>
            <w:r>
              <w:rPr/>
              <w:t xml:space="preserve"> und </w:t>
            </w:r>
            <w:r>
              <w:rPr>
                <w:rFonts w:ascii="Consolas" w:hAnsi="Consolas" w:cs="Consolas" w:eastAsia="Consolas"/>
              </w:rPr>
              <w:t>sed</w:t>
            </w:r>
            <w:r>
              <w:rPr/>
              <w:t xml:space="preserve"> beherrscht, verwandelt die Kommandozeile in ein Präzisionsskalpell für Daten. Du musst Logfiles nicht mehr mühsam per Hand scrollen oder Konfigurationen einzeln in Editoren öffnen – du automatisierst die Textverarbeitung direkt über Standard-Befehle.</w:t>
            </w:r>
          </w:p>
          <w:p>
            <w:pPr>
              <w:jc w:val="both"/>
            </w:pPr>
            <w:r>
              <w:rPr>
                <w:i/>
              </w:rPr>
              <w:t>Ausblick: Wenn wir solche cleveren Befehlsketten häufiger brauchen, ist es mühsam, sie jeden Tag neu zu tippen. Im nächsten Kapitel gießen wir dieses Wissen in ausführbare Bash-Skripte und lernen, wie wir mit Variablen, Schleifen und Bedingungen echte Routine-Aufgaben automatisieren.</w:t>
            </w:r>
          </w:p>
        </w:tc>
      </w:tr>
    </w:tbl>
    <w:p>
      <w:pPr>
        <w:spacing w:after="80"/>
      </w:pP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